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194E3" w14:textId="77777777" w:rsidR="00D935EF" w:rsidRDefault="00C53195">
      <w:pPr>
        <w:pStyle w:val="Heading1"/>
      </w:pPr>
      <w:r>
        <w:t>Chair’s Report – AGM November 2025</w:t>
      </w:r>
    </w:p>
    <w:p w14:paraId="3579C6B8" w14:textId="77777777" w:rsidR="00D935EF" w:rsidRDefault="00C53195">
      <w:r>
        <w:t>Thank you all for coming.</w:t>
      </w:r>
      <w:r>
        <w:br/>
      </w:r>
    </w:p>
    <w:p w14:paraId="1BC95D3C" w14:textId="77777777" w:rsidR="00D935EF" w:rsidRDefault="00C53195">
      <w:r>
        <w:t xml:space="preserve">Firstly, I would like to give a massive thank you to Claire Newell, Treasurer, and Hannah Tearall, Secretary. Without you both, I </w:t>
      </w:r>
      <w:proofErr w:type="gramStart"/>
      <w:r>
        <w:t>couldn’t—and wouldn’t—do</w:t>
      </w:r>
      <w:proofErr w:type="gramEnd"/>
      <w:r>
        <w:t xml:space="preserve"> it.</w:t>
      </w:r>
    </w:p>
    <w:p w14:paraId="170A78DA" w14:textId="77777777" w:rsidR="00D935EF" w:rsidRDefault="00C53195">
      <w:r>
        <w:t>Secondly, I would like to thank Katrina, Dylan, and Freya, who are sadly no longer part of our team. Their help was greatly appreciated, and they are very much missed.</w:t>
      </w:r>
    </w:p>
    <w:p w14:paraId="07CB0390" w14:textId="77777777" w:rsidR="00D935EF" w:rsidRDefault="00C53195">
      <w:r>
        <w:t xml:space="preserve">Since last October 2024, we have </w:t>
      </w:r>
      <w:proofErr w:type="spellStart"/>
      <w:r>
        <w:t>organised</w:t>
      </w:r>
      <w:proofErr w:type="spellEnd"/>
      <w:r>
        <w:t xml:space="preserve"> a disco-themed Black and White event, which was a huge success—there were </w:t>
      </w:r>
      <w:proofErr w:type="gramStart"/>
      <w:r>
        <w:t>definitely some</w:t>
      </w:r>
      <w:proofErr w:type="gramEnd"/>
      <w:r>
        <w:t xml:space="preserve"> great moves, and that was just the PTFA!</w:t>
      </w:r>
    </w:p>
    <w:p w14:paraId="12545FEA" w14:textId="77777777" w:rsidR="00D935EF" w:rsidRDefault="00C53195">
      <w:r>
        <w:t xml:space="preserve">In November, we held a Christmas Bingo night, another fantastic event. Thank you to Karen for </w:t>
      </w:r>
      <w:proofErr w:type="gramStart"/>
      <w:r>
        <w:t>calling for</w:t>
      </w:r>
      <w:proofErr w:type="gramEnd"/>
      <w:r>
        <w:t xml:space="preserve"> us.</w:t>
      </w:r>
    </w:p>
    <w:p w14:paraId="49F05B1D" w14:textId="77777777" w:rsidR="00D935EF" w:rsidRDefault="00C53195">
      <w:r>
        <w:t>We decided to hold two nights of wreath making at the beginning of December, both of which were a huge success. Everyone enjoyed mulled wine and mince pies while making their beautiful wreaths. It was hard work, but we did it!</w:t>
      </w:r>
    </w:p>
    <w:p w14:paraId="24E44FD6" w14:textId="77777777" w:rsidR="00D935EF" w:rsidRDefault="00C53195">
      <w:r>
        <w:t xml:space="preserve">We sold Christmas raffle tickets at the pannier market, as well as sending them home with the children. We also ran a Christmas </w:t>
      </w:r>
      <w:proofErr w:type="spellStart"/>
      <w:r>
        <w:t>colour</w:t>
      </w:r>
      <w:proofErr w:type="spellEnd"/>
      <w:r>
        <w:t xml:space="preserve"> rainbow raffle (x7).</w:t>
      </w:r>
    </w:p>
    <w:p w14:paraId="65D79896" w14:textId="77777777" w:rsidR="00D935EF" w:rsidRDefault="00C53195">
      <w:r>
        <w:t>The Christmas Fair was another great event, with some external stallholders. We charged £10 per table. There was a tombola, “Guess the Name of the Elf”, face painting, class stalls, candy floss, popcorn, and hot food, which everyone enjoyed.</w:t>
      </w:r>
    </w:p>
    <w:p w14:paraId="1B059626" w14:textId="77777777" w:rsidR="00D935EF" w:rsidRDefault="00C53195">
      <w:r>
        <w:t xml:space="preserve">We created Santa letter templates so the children could write down their wish lists and bring them to school. We wrote back personally to everyone, which was </w:t>
      </w:r>
      <w:proofErr w:type="gramStart"/>
      <w:r>
        <w:t>really well</w:t>
      </w:r>
      <w:proofErr w:type="gramEnd"/>
      <w:r>
        <w:t xml:space="preserve"> received. The children then got to meet Father Christmas himself in the hall, with his blow-up Santa’s grotto. Claire, Hannah, and Laura were wonderful elves, handing out small Christmas trees and sweet cones, which we charged £4 per child.</w:t>
      </w:r>
    </w:p>
    <w:p w14:paraId="405DF99C" w14:textId="77777777" w:rsidR="00D935EF" w:rsidRDefault="00C53195">
      <w:r>
        <w:t>January</w:t>
      </w:r>
      <w:r>
        <w:br/>
        <w:t>We took a well-earned break.</w:t>
      </w:r>
    </w:p>
    <w:p w14:paraId="703DAC49" w14:textId="77777777" w:rsidR="00D935EF" w:rsidRDefault="00C53195">
      <w:r>
        <w:t>February</w:t>
      </w:r>
      <w:r>
        <w:br/>
        <w:t xml:space="preserve">We resumed our meetings and planning for the year. We considered </w:t>
      </w:r>
      <w:proofErr w:type="gramStart"/>
      <w:r>
        <w:t>doing</w:t>
      </w:r>
      <w:proofErr w:type="gramEnd"/>
      <w:r>
        <w:t xml:space="preserve"> Bags for School, but the price per kilo was very expensive, as were all the other companies, so we decided against it. We planned a Heart and Soul disco—KS2 were able to buy from the tuck shop as well as have a drink and snack included in the payment.</w:t>
      </w:r>
    </w:p>
    <w:p w14:paraId="09076BD4" w14:textId="77777777" w:rsidR="00D935EF" w:rsidRDefault="00C53195">
      <w:r>
        <w:t>March</w:t>
      </w:r>
      <w:r>
        <w:br/>
        <w:t xml:space="preserve">We ran our Wonka Bars event again in time for World Book Day, which is always a big hit. Usborne Books approached us to ask if we would like to be involved in a sponsored read to </w:t>
      </w:r>
      <w:r>
        <w:lastRenderedPageBreak/>
        <w:t>raise books for the school, which we did, resulting in a massive delivery of new books for our library.</w:t>
      </w:r>
    </w:p>
    <w:p w14:paraId="7CC04881" w14:textId="77777777" w:rsidR="00D935EF" w:rsidRDefault="00C53195">
      <w:r>
        <w:t>April</w:t>
      </w:r>
      <w:r>
        <w:br/>
        <w:t>We held Easter Bingo at the Coach Inn. The children also did an egg hunt around the school and received chocolate from the PTFA, free of charge.</w:t>
      </w:r>
    </w:p>
    <w:p w14:paraId="77AA684F" w14:textId="77777777" w:rsidR="00D935EF" w:rsidRDefault="00C53195">
      <w:r>
        <w:t>May</w:t>
      </w:r>
      <w:r>
        <w:br/>
        <w:t>We held a coffee morning at the Assembly Rooms, asking parents to donate cakes, abiding by Natasha’s Law. Unfortunately, this wasn’t a huge success this time.</w:t>
      </w:r>
    </w:p>
    <w:p w14:paraId="5F708AD2" w14:textId="20E48AD6" w:rsidR="00D935EF" w:rsidRDefault="00C53195">
      <w:r>
        <w:t>June</w:t>
      </w:r>
      <w:r>
        <w:br/>
        <w:t>We started our Freeze Pop Fridays a month earlier due to the fabulous weather. We also sold summer fair raffle tickets at the market.</w:t>
      </w:r>
    </w:p>
    <w:p w14:paraId="7B8A7852" w14:textId="6F6AE0F9" w:rsidR="00D935EF" w:rsidRDefault="00C53195">
      <w:r>
        <w:t>July</w:t>
      </w:r>
      <w:r>
        <w:br/>
        <w:t xml:space="preserve">A very busy month! The Summer Fair was on the 3rd—a fantastic day with great weather, and many of our games were outside. The fair is all about fun for </w:t>
      </w:r>
      <w:proofErr w:type="gramStart"/>
      <w:r>
        <w:t>the children</w:t>
      </w:r>
      <w:proofErr w:type="gramEnd"/>
      <w:r>
        <w:t xml:space="preserve">. They were able to bounce on the assault course during school time as well as during the fair. We had the school choir singing, a human fruit machine, </w:t>
      </w:r>
      <w:proofErr w:type="spellStart"/>
      <w:r>
        <w:t>did</w:t>
      </w:r>
      <w:r w:rsidR="001C54FD">
        <w:t>di</w:t>
      </w:r>
      <w:proofErr w:type="spellEnd"/>
      <w:r w:rsidR="001C54FD">
        <w:t xml:space="preserve"> cars</w:t>
      </w:r>
      <w:r>
        <w:t>, and much more.</w:t>
      </w:r>
    </w:p>
    <w:p w14:paraId="0A36E06C" w14:textId="77777777" w:rsidR="00D935EF" w:rsidRDefault="00C53195">
      <w:r>
        <w:t xml:space="preserve">Then came the big one—our first ever </w:t>
      </w:r>
      <w:proofErr w:type="spellStart"/>
      <w:r>
        <w:t>Colour</w:t>
      </w:r>
      <w:proofErr w:type="spellEnd"/>
      <w:r>
        <w:t xml:space="preserve"> Run. What a response! It was epic and enjoyed by all. We also hired Roberto to help each class get ready to run the assault course with some dancing. The children, parents, teachers, and especially the PTFA staff all took part. It was a scorcher of a day, but amazing. Everyone received a </w:t>
      </w:r>
      <w:proofErr w:type="spellStart"/>
      <w:r>
        <w:t>colour</w:t>
      </w:r>
      <w:proofErr w:type="spellEnd"/>
      <w:r>
        <w:t xml:space="preserve"> badge.</w:t>
      </w:r>
    </w:p>
    <w:p w14:paraId="764C41CF" w14:textId="77777777" w:rsidR="00D935EF" w:rsidRDefault="00C53195">
      <w:r>
        <w:t>Year 6 Leavers’ Do</w:t>
      </w:r>
      <w:r>
        <w:br/>
        <w:t>This year, we wanted it to be a little bit posher—a Prom! The children had a sit-down dinner with posh tableware. They had their photos taken in graduation gowns on the red carpet (thank you to Julia), followed by a disco and a water fight up the field, where everyone got wet from the water and the rain. We sent our lovely Year 6s off with a goodie bag, a photo of them in their gowns, and contributed to their hoodies.</w:t>
      </w:r>
    </w:p>
    <w:p w14:paraId="66859357" w14:textId="6BD28DCA" w:rsidR="00D935EF" w:rsidRDefault="00C53195">
      <w:r>
        <w:t xml:space="preserve">We were also asked to help with </w:t>
      </w:r>
      <w:proofErr w:type="spellStart"/>
      <w:r>
        <w:t>Mr</w:t>
      </w:r>
      <w:proofErr w:type="spellEnd"/>
      <w:r>
        <w:t xml:space="preserve"> O’Donnell’s surprise leaving </w:t>
      </w:r>
      <w:proofErr w:type="gramStart"/>
      <w:r>
        <w:t>do</w:t>
      </w:r>
      <w:proofErr w:type="gramEnd"/>
      <w:r>
        <w:t>. Claire and Katrina kindly served candy floss.</w:t>
      </w:r>
    </w:p>
    <w:p w14:paraId="2D72553C" w14:textId="77777777" w:rsidR="00D935EF" w:rsidRDefault="00C53195">
      <w:r>
        <w:t xml:space="preserve">So, a </w:t>
      </w:r>
      <w:proofErr w:type="gramStart"/>
      <w:r>
        <w:t>pretty full-on</w:t>
      </w:r>
      <w:proofErr w:type="gramEnd"/>
      <w:r>
        <w:t xml:space="preserve"> year so far—and here’s to the next!</w:t>
      </w:r>
    </w:p>
    <w:p w14:paraId="163CB677" w14:textId="77777777" w:rsidR="00D935EF" w:rsidRDefault="00C53195">
      <w:pPr>
        <w:pStyle w:val="Heading2"/>
      </w:pPr>
      <w:r>
        <w:t>Barney and Echo Project</w:t>
      </w:r>
    </w:p>
    <w:p w14:paraId="3230BAA3" w14:textId="77777777" w:rsidR="00D935EF" w:rsidRDefault="00C53195">
      <w:r>
        <w:t>This year, we also applied for a grant to support the Barney and Echo project, and we were delighted to receive the funding in August. The grant is being used to provide educational books and supporting documents for the children, focusing on online safety and related topics. This important project is headed up by Devon and Cornwall Constabulary, and we are excited to be able to offer these valuable resources to our school community.</w:t>
      </w:r>
    </w:p>
    <w:sectPr w:rsidR="00D935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48832911">
    <w:abstractNumId w:val="8"/>
  </w:num>
  <w:num w:numId="2" w16cid:durableId="47580103">
    <w:abstractNumId w:val="6"/>
  </w:num>
  <w:num w:numId="3" w16cid:durableId="171727828">
    <w:abstractNumId w:val="5"/>
  </w:num>
  <w:num w:numId="4" w16cid:durableId="451021359">
    <w:abstractNumId w:val="4"/>
  </w:num>
  <w:num w:numId="5" w16cid:durableId="307591549">
    <w:abstractNumId w:val="7"/>
  </w:num>
  <w:num w:numId="6" w16cid:durableId="1090158539">
    <w:abstractNumId w:val="3"/>
  </w:num>
  <w:num w:numId="7" w16cid:durableId="1039937158">
    <w:abstractNumId w:val="2"/>
  </w:num>
  <w:num w:numId="8" w16cid:durableId="1901473786">
    <w:abstractNumId w:val="1"/>
  </w:num>
  <w:num w:numId="9" w16cid:durableId="645861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54FD"/>
    <w:rsid w:val="0029639D"/>
    <w:rsid w:val="00326F90"/>
    <w:rsid w:val="008727FD"/>
    <w:rsid w:val="009C31C0"/>
    <w:rsid w:val="00AA1D8D"/>
    <w:rsid w:val="00B47730"/>
    <w:rsid w:val="00BB4EF7"/>
    <w:rsid w:val="00C0494D"/>
    <w:rsid w:val="00C53195"/>
    <w:rsid w:val="00CB0664"/>
    <w:rsid w:val="00D935EF"/>
    <w:rsid w:val="00E73A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5F039F"/>
  <w14:defaultImageDpi w14:val="300"/>
  <w15:docId w15:val="{B206EC6E-5C02-4A9B-A66B-7D23EC2B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AFB6F869DFF84CA1E003A6B0C2C832" ma:contentTypeVersion="13" ma:contentTypeDescription="Create a new document." ma:contentTypeScope="" ma:versionID="2a6cbe062d7e7d704abca864c1d7cfce">
  <xsd:schema xmlns:xsd="http://www.w3.org/2001/XMLSchema" xmlns:xs="http://www.w3.org/2001/XMLSchema" xmlns:p="http://schemas.microsoft.com/office/2006/metadata/properties" xmlns:ns2="c5be6719-5f8e-45f3-9b45-bee1913fd773" targetNamespace="http://schemas.microsoft.com/office/2006/metadata/properties" ma:root="true" ma:fieldsID="cc1a6e634dbc955402633c9afecc11e5" ns2:_="">
    <xsd:import namespace="c5be6719-5f8e-45f3-9b45-bee1913fd7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e6719-5f8e-45f3-9b45-bee1913fd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bc46f6-f650-4f3b-a8ba-64b2967a610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be6719-5f8e-45f3-9b45-bee1913fd7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FE3C1CE-33F7-4453-8697-B00D9F4E56C6}"/>
</file>

<file path=customXml/itemProps3.xml><?xml version="1.0" encoding="utf-8"?>
<ds:datastoreItem xmlns:ds="http://schemas.openxmlformats.org/officeDocument/2006/customXml" ds:itemID="{2CF7FF21-92BD-463C-993B-9B7B9907A1CB}"/>
</file>

<file path=customXml/itemProps4.xml><?xml version="1.0" encoding="utf-8"?>
<ds:datastoreItem xmlns:ds="http://schemas.openxmlformats.org/officeDocument/2006/customXml" ds:itemID="{5514EE7D-B7A2-4C2F-A3D5-80BDDF5D307B}"/>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3772</Characters>
  <Application>Microsoft Office Word</Application>
  <DocSecurity>4</DocSecurity>
  <Lines>69</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Mel Bell</cp:lastModifiedBy>
  <cp:revision>2</cp:revision>
  <dcterms:created xsi:type="dcterms:W3CDTF">2025-11-28T11:57:00Z</dcterms:created>
  <dcterms:modified xsi:type="dcterms:W3CDTF">2025-11-28T11:57:00Z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824e8b-8a28-4353-aa39-eabb8d852018_Enabled">
    <vt:lpwstr>true</vt:lpwstr>
  </property>
  <property fmtid="{D5CDD505-2E9C-101B-9397-08002B2CF9AE}" pid="3" name="MSIP_Label_11824e8b-8a28-4353-aa39-eabb8d852018_SetDate">
    <vt:lpwstr>2025-11-28T11:57:01Z</vt:lpwstr>
  </property>
  <property fmtid="{D5CDD505-2E9C-101B-9397-08002B2CF9AE}" pid="4" name="MSIP_Label_11824e8b-8a28-4353-aa39-eabb8d852018_Method">
    <vt:lpwstr>Standard</vt:lpwstr>
  </property>
  <property fmtid="{D5CDD505-2E9C-101B-9397-08002B2CF9AE}" pid="5" name="MSIP_Label_11824e8b-8a28-4353-aa39-eabb8d852018_Name">
    <vt:lpwstr>defa4170-0d19-0005-0004-bc88714345d2</vt:lpwstr>
  </property>
  <property fmtid="{D5CDD505-2E9C-101B-9397-08002B2CF9AE}" pid="6" name="MSIP_Label_11824e8b-8a28-4353-aa39-eabb8d852018_SiteId">
    <vt:lpwstr>668515dd-a7fb-4178-8c34-b3c52dd93f70</vt:lpwstr>
  </property>
  <property fmtid="{D5CDD505-2E9C-101B-9397-08002B2CF9AE}" pid="7" name="MSIP_Label_11824e8b-8a28-4353-aa39-eabb8d852018_ActionId">
    <vt:lpwstr>8518b04e-918c-49d5-9889-c89d9d63cc55</vt:lpwstr>
  </property>
  <property fmtid="{D5CDD505-2E9C-101B-9397-08002B2CF9AE}" pid="8" name="MSIP_Label_11824e8b-8a28-4353-aa39-eabb8d852018_ContentBits">
    <vt:lpwstr>0</vt:lpwstr>
  </property>
  <property fmtid="{D5CDD505-2E9C-101B-9397-08002B2CF9AE}" pid="9" name="MSIP_Label_11824e8b-8a28-4353-aa39-eabb8d852018_Tag">
    <vt:lpwstr>10, 3, 0, 1</vt:lpwstr>
  </property>
  <property fmtid="{D5CDD505-2E9C-101B-9397-08002B2CF9AE}" pid="10" name="ContentTypeId">
    <vt:lpwstr>0x0101000AAFB6F869DFF84CA1E003A6B0C2C832</vt:lpwstr>
  </property>
</Properties>
</file>